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12" w:type="dxa"/>
        <w:tblLayout w:type="fixed"/>
        <w:tblLook w:val="04A0" w:firstRow="1" w:lastRow="0" w:firstColumn="1" w:lastColumn="0" w:noHBand="0" w:noVBand="1"/>
      </w:tblPr>
      <w:tblGrid>
        <w:gridCol w:w="6624"/>
        <w:gridCol w:w="3888"/>
      </w:tblGrid>
      <w:tr w:rsidR="00B97566" w14:paraId="6B17E87D" w14:textId="77777777">
        <w:tc>
          <w:tcPr>
            <w:tcW w:w="6623" w:type="dxa"/>
            <w:tcBorders>
              <w:top w:val="single" w:sz="4" w:space="0" w:color="12110E"/>
              <w:left w:val="single" w:sz="4" w:space="0" w:color="12110E"/>
              <w:bottom w:val="single" w:sz="4" w:space="0" w:color="12110E"/>
              <w:right w:val="single" w:sz="4" w:space="0" w:color="12110E"/>
            </w:tcBorders>
            <w:shd w:val="clear" w:color="auto" w:fill="12110E"/>
          </w:tcPr>
          <w:p w14:paraId="309AF163" w14:textId="77777777" w:rsidR="00B97566" w:rsidRDefault="00000000">
            <w:pPr>
              <w:spacing w:before="120" w:after="0"/>
            </w:pPr>
            <w:r>
              <w:rPr>
                <w:rFonts w:ascii="Calibri" w:eastAsia="Calibri" w:hAnsi="Calibri"/>
                <w:b/>
                <w:color w:val="F3EFE4"/>
                <w:sz w:val="32"/>
              </w:rPr>
              <w:t>OFFSITE SAFETY</w:t>
            </w:r>
          </w:p>
          <w:p w14:paraId="432B1E15" w14:textId="77777777" w:rsidR="00B97566" w:rsidRDefault="00000000">
            <w:pPr>
              <w:spacing w:after="120"/>
            </w:pPr>
            <w:r>
              <w:rPr>
                <w:rFonts w:ascii="Calibri" w:eastAsia="Calibri" w:hAnsi="Calibri"/>
                <w:color w:val="E6B325"/>
                <w:sz w:val="20"/>
              </w:rPr>
              <w:t>Safety Documentation Simplified</w:t>
            </w:r>
          </w:p>
        </w:tc>
        <w:tc>
          <w:tcPr>
            <w:tcW w:w="3888" w:type="dxa"/>
            <w:tcBorders>
              <w:top w:val="single" w:sz="4" w:space="0" w:color="12110E"/>
              <w:left w:val="single" w:sz="4" w:space="0" w:color="12110E"/>
              <w:bottom w:val="single" w:sz="4" w:space="0" w:color="12110E"/>
              <w:right w:val="single" w:sz="4" w:space="0" w:color="12110E"/>
            </w:tcBorders>
            <w:shd w:val="clear" w:color="auto" w:fill="12110E"/>
          </w:tcPr>
          <w:p w14:paraId="682DF187" w14:textId="77777777" w:rsidR="00B97566" w:rsidRDefault="00000000">
            <w:pPr>
              <w:spacing w:before="160"/>
              <w:jc w:val="right"/>
            </w:pPr>
            <w:r>
              <w:rPr>
                <w:rFonts w:ascii="Calibri" w:eastAsia="Calibri" w:hAnsi="Calibri"/>
                <w:b/>
                <w:color w:val="E6B325"/>
                <w:sz w:val="28"/>
              </w:rPr>
              <w:t>JOB INTAKE</w:t>
            </w:r>
          </w:p>
          <w:p w14:paraId="4597C972" w14:textId="77777777" w:rsidR="00B97566" w:rsidRDefault="00000000">
            <w:pPr>
              <w:spacing w:after="120"/>
              <w:jc w:val="right"/>
            </w:pPr>
            <w:r>
              <w:rPr>
                <w:rFonts w:ascii="Calibri" w:eastAsia="Calibri" w:hAnsi="Calibri"/>
                <w:color w:val="F3EFE4"/>
                <w:sz w:val="18"/>
              </w:rPr>
              <w:t>intake@offsitesafety.com</w:t>
            </w:r>
          </w:p>
        </w:tc>
      </w:tr>
    </w:tbl>
    <w:p w14:paraId="0F3EE798" w14:textId="77777777" w:rsidR="00B97566" w:rsidRDefault="00000000">
      <w:pPr>
        <w:spacing w:before="160" w:after="160"/>
      </w:pPr>
      <w:r>
        <w:rPr>
          <w:rFonts w:ascii="Calibri" w:eastAsia="Calibri" w:hAnsi="Calibri"/>
          <w:color w:val="5A564A"/>
          <w:sz w:val="18"/>
        </w:rPr>
        <w:t>Use this for one job. Fill what you know. Leave blanks blank — we will not guess. This is not a JSA or a site-specific plan. Completing it does not make you OSHA or KY OSH compliant. You stay the employer. We write original paperwork from this intake and anything you attach. No site visit.</w:t>
      </w:r>
    </w:p>
    <w:tbl>
      <w:tblPr>
        <w:tblW w:w="10512" w:type="dxa"/>
        <w:tblLayout w:type="fixed"/>
        <w:tblLook w:val="04A0" w:firstRow="1" w:lastRow="0" w:firstColumn="1" w:lastColumn="0" w:noHBand="0" w:noVBand="1"/>
      </w:tblPr>
      <w:tblGrid>
        <w:gridCol w:w="10512"/>
      </w:tblGrid>
      <w:tr w:rsidR="00B97566" w14:paraId="7C4078E7" w14:textId="77777777">
        <w:tc>
          <w:tcPr>
            <w:tcW w:w="10512" w:type="dxa"/>
            <w:tcBorders>
              <w:top w:val="single" w:sz="4" w:space="0" w:color="3A362C"/>
              <w:left w:val="single" w:sz="4" w:space="0" w:color="3A362C"/>
              <w:bottom w:val="single" w:sz="4" w:space="0" w:color="3A362C"/>
              <w:right w:val="single" w:sz="4" w:space="0" w:color="3A362C"/>
            </w:tcBorders>
            <w:shd w:val="clear" w:color="auto" w:fill="E6B325"/>
            <w:tcMar>
              <w:top w:w="60" w:type="dxa"/>
              <w:left w:w="80" w:type="dxa"/>
              <w:bottom w:w="60" w:type="dxa"/>
              <w:right w:w="80" w:type="dxa"/>
            </w:tcMar>
            <w:vAlign w:val="center"/>
          </w:tcPr>
          <w:p w14:paraId="7B476026" w14:textId="77777777" w:rsidR="00B97566" w:rsidRDefault="00000000">
            <w:pPr>
              <w:spacing w:before="20" w:after="20" w:line="240" w:lineRule="auto"/>
            </w:pPr>
            <w:r>
              <w:rPr>
                <w:rFonts w:ascii="Calibri" w:eastAsia="Calibri" w:hAnsi="Calibri"/>
                <w:b/>
                <w:color w:val="1A1608"/>
              </w:rPr>
              <w:t>1. Who this is for</w:t>
            </w:r>
          </w:p>
        </w:tc>
      </w:tr>
    </w:tbl>
    <w:p w14:paraId="506B33B9" w14:textId="77777777" w:rsidR="00B97566" w:rsidRDefault="00B97566">
      <w:pPr>
        <w:spacing w:before="40" w:after="0"/>
      </w:pPr>
    </w:p>
    <w:tbl>
      <w:tblPr>
        <w:tblW w:w="10512" w:type="dxa"/>
        <w:tblLayout w:type="fixed"/>
        <w:tblLook w:val="04A0" w:firstRow="1" w:lastRow="0" w:firstColumn="1" w:lastColumn="0" w:noHBand="0" w:noVBand="1"/>
      </w:tblPr>
      <w:tblGrid>
        <w:gridCol w:w="3168"/>
        <w:gridCol w:w="7344"/>
      </w:tblGrid>
      <w:tr w:rsidR="00B97566" w14:paraId="3ED6E59C" w14:textId="77777777">
        <w:tc>
          <w:tcPr>
            <w:tcW w:w="3168"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3BAC1926" w14:textId="52A878BA" w:rsidR="00B97566" w:rsidRDefault="0092090C">
            <w:pPr>
              <w:spacing w:before="20" w:after="20" w:line="240" w:lineRule="auto"/>
            </w:pPr>
            <w:r>
              <w:rPr>
                <w:rFonts w:ascii="Calibri" w:eastAsia="Calibri" w:hAnsi="Calibri"/>
                <w:b/>
                <w:color w:val="12110E"/>
                <w:sz w:val="18"/>
              </w:rPr>
              <w:t xml:space="preserve">Your </w:t>
            </w:r>
            <w:r w:rsidR="00000000">
              <w:rPr>
                <w:rFonts w:ascii="Calibri" w:eastAsia="Calibri" w:hAnsi="Calibri"/>
                <w:b/>
                <w:color w:val="12110E"/>
                <w:sz w:val="18"/>
              </w:rPr>
              <w:t>Client</w:t>
            </w:r>
            <w:r>
              <w:rPr>
                <w:rFonts w:ascii="Calibri" w:eastAsia="Calibri" w:hAnsi="Calibri"/>
                <w:b/>
                <w:color w:val="12110E"/>
                <w:sz w:val="18"/>
              </w:rPr>
              <w:t>s</w:t>
            </w:r>
            <w:r w:rsidR="00000000">
              <w:rPr>
                <w:rFonts w:ascii="Calibri" w:eastAsia="Calibri" w:hAnsi="Calibri"/>
                <w:b/>
                <w:color w:val="12110E"/>
                <w:sz w:val="18"/>
              </w:rPr>
              <w:t xml:space="preserve"> </w:t>
            </w:r>
            <w:r>
              <w:rPr>
                <w:rFonts w:ascii="Calibri" w:eastAsia="Calibri" w:hAnsi="Calibri"/>
                <w:b/>
                <w:color w:val="12110E"/>
                <w:sz w:val="18"/>
              </w:rPr>
              <w:t>Company Name</w:t>
            </w:r>
          </w:p>
        </w:tc>
        <w:tc>
          <w:tcPr>
            <w:tcW w:w="7343"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544D9195" w14:textId="251A39FB" w:rsidR="00B97566" w:rsidRDefault="00B97566">
            <w:pPr>
              <w:spacing w:before="20" w:after="20" w:line="240" w:lineRule="auto"/>
            </w:pPr>
          </w:p>
        </w:tc>
      </w:tr>
      <w:tr w:rsidR="00B97566" w14:paraId="5A2DBF3C" w14:textId="77777777">
        <w:tc>
          <w:tcPr>
            <w:tcW w:w="3168"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55335B66" w14:textId="425E54F5" w:rsidR="00B97566" w:rsidRDefault="0092090C">
            <w:pPr>
              <w:spacing w:before="20" w:after="20" w:line="240" w:lineRule="auto"/>
            </w:pPr>
            <w:r>
              <w:rPr>
                <w:rFonts w:ascii="Calibri" w:eastAsia="Calibri" w:hAnsi="Calibri"/>
                <w:b/>
                <w:color w:val="12110E"/>
                <w:sz w:val="18"/>
              </w:rPr>
              <w:t>Your Company Name</w:t>
            </w:r>
          </w:p>
        </w:tc>
        <w:tc>
          <w:tcPr>
            <w:tcW w:w="7343"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2E464E11" w14:textId="77777777" w:rsidR="00B97566" w:rsidRDefault="00B97566">
            <w:pPr>
              <w:spacing w:before="20" w:after="20" w:line="240" w:lineRule="auto"/>
            </w:pPr>
          </w:p>
        </w:tc>
      </w:tr>
      <w:tr w:rsidR="00B97566" w14:paraId="09128067" w14:textId="77777777">
        <w:tc>
          <w:tcPr>
            <w:tcW w:w="3168"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280E5191" w14:textId="77777777" w:rsidR="00B97566" w:rsidRDefault="00000000">
            <w:pPr>
              <w:spacing w:before="20" w:after="20" w:line="240" w:lineRule="auto"/>
            </w:pPr>
            <w:r>
              <w:rPr>
                <w:rFonts w:ascii="Calibri" w:eastAsia="Calibri" w:hAnsi="Calibri"/>
                <w:b/>
                <w:color w:val="12110E"/>
                <w:sz w:val="18"/>
              </w:rPr>
              <w:t>Email / phone</w:t>
            </w:r>
          </w:p>
        </w:tc>
        <w:tc>
          <w:tcPr>
            <w:tcW w:w="7343"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485BE950" w14:textId="77777777" w:rsidR="00B97566" w:rsidRDefault="00B97566">
            <w:pPr>
              <w:spacing w:before="20" w:after="20" w:line="240" w:lineRule="auto"/>
            </w:pPr>
          </w:p>
        </w:tc>
      </w:tr>
      <w:tr w:rsidR="00B97566" w14:paraId="2D9DEB47" w14:textId="77777777">
        <w:tc>
          <w:tcPr>
            <w:tcW w:w="3168"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25D496D5" w14:textId="77777777" w:rsidR="00B97566" w:rsidRDefault="00000000">
            <w:pPr>
              <w:spacing w:before="20" w:after="20" w:line="240" w:lineRule="auto"/>
            </w:pPr>
            <w:r>
              <w:rPr>
                <w:rFonts w:ascii="Calibri" w:eastAsia="Calibri" w:hAnsi="Calibri"/>
                <w:b/>
                <w:color w:val="12110E"/>
                <w:sz w:val="18"/>
              </w:rPr>
              <w:t>Document needed</w:t>
            </w:r>
          </w:p>
        </w:tc>
        <w:tc>
          <w:tcPr>
            <w:tcW w:w="7343"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67AB31AF" w14:textId="77777777" w:rsidR="00B97566" w:rsidRDefault="00000000">
            <w:pPr>
              <w:spacing w:before="20" w:after="20" w:line="240" w:lineRule="auto"/>
            </w:pPr>
            <w:r>
              <w:rPr>
                <w:rFonts w:ascii="Calibri" w:eastAsia="Calibri" w:hAnsi="Calibri"/>
                <w:color w:val="5A564A"/>
                <w:sz w:val="18"/>
              </w:rPr>
              <w:t>☐ JSA   ☐ JHA   ☐ PTA   ☐ AHA   ☐ Site-specific plan   ☐ Other: __________</w:t>
            </w:r>
          </w:p>
        </w:tc>
      </w:tr>
    </w:tbl>
    <w:p w14:paraId="1E57E16E" w14:textId="77777777" w:rsidR="00B97566" w:rsidRDefault="00B97566">
      <w:pPr>
        <w:spacing w:before="80" w:after="0"/>
      </w:pPr>
    </w:p>
    <w:tbl>
      <w:tblPr>
        <w:tblW w:w="10512" w:type="dxa"/>
        <w:tblLayout w:type="fixed"/>
        <w:tblLook w:val="04A0" w:firstRow="1" w:lastRow="0" w:firstColumn="1" w:lastColumn="0" w:noHBand="0" w:noVBand="1"/>
      </w:tblPr>
      <w:tblGrid>
        <w:gridCol w:w="10512"/>
      </w:tblGrid>
      <w:tr w:rsidR="00B97566" w14:paraId="5F2CDB12" w14:textId="77777777">
        <w:tc>
          <w:tcPr>
            <w:tcW w:w="10512" w:type="dxa"/>
            <w:tcBorders>
              <w:top w:val="single" w:sz="4" w:space="0" w:color="3A362C"/>
              <w:left w:val="single" w:sz="4" w:space="0" w:color="3A362C"/>
              <w:bottom w:val="single" w:sz="4" w:space="0" w:color="3A362C"/>
              <w:right w:val="single" w:sz="4" w:space="0" w:color="3A362C"/>
            </w:tcBorders>
            <w:shd w:val="clear" w:color="auto" w:fill="E6B325"/>
            <w:tcMar>
              <w:top w:w="60" w:type="dxa"/>
              <w:left w:w="80" w:type="dxa"/>
              <w:bottom w:w="60" w:type="dxa"/>
              <w:right w:w="80" w:type="dxa"/>
            </w:tcMar>
            <w:vAlign w:val="center"/>
          </w:tcPr>
          <w:p w14:paraId="2C6FFC40" w14:textId="77777777" w:rsidR="00B97566" w:rsidRDefault="00000000">
            <w:pPr>
              <w:spacing w:before="20" w:after="20" w:line="240" w:lineRule="auto"/>
            </w:pPr>
            <w:r>
              <w:rPr>
                <w:rFonts w:ascii="Calibri" w:eastAsia="Calibri" w:hAnsi="Calibri"/>
                <w:b/>
                <w:color w:val="1A1608"/>
              </w:rPr>
              <w:t>2. Job</w:t>
            </w:r>
          </w:p>
        </w:tc>
      </w:tr>
    </w:tbl>
    <w:p w14:paraId="56DD27BD" w14:textId="77777777" w:rsidR="00B97566" w:rsidRDefault="00B97566">
      <w:pPr>
        <w:spacing w:before="40" w:after="0"/>
      </w:pPr>
    </w:p>
    <w:tbl>
      <w:tblPr>
        <w:tblW w:w="10512" w:type="dxa"/>
        <w:tblLayout w:type="fixed"/>
        <w:tblLook w:val="04A0" w:firstRow="1" w:lastRow="0" w:firstColumn="1" w:lastColumn="0" w:noHBand="0" w:noVBand="1"/>
      </w:tblPr>
      <w:tblGrid>
        <w:gridCol w:w="3168"/>
        <w:gridCol w:w="7344"/>
      </w:tblGrid>
      <w:tr w:rsidR="00B97566" w14:paraId="03053E1B" w14:textId="77777777">
        <w:tc>
          <w:tcPr>
            <w:tcW w:w="3168"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7D4A7491" w14:textId="77777777" w:rsidR="00B97566" w:rsidRDefault="00000000">
            <w:pPr>
              <w:spacing w:before="20" w:after="20" w:line="240" w:lineRule="auto"/>
            </w:pPr>
            <w:r>
              <w:rPr>
                <w:rFonts w:ascii="Calibri" w:eastAsia="Calibri" w:hAnsi="Calibri"/>
                <w:b/>
                <w:color w:val="12110E"/>
                <w:sz w:val="18"/>
              </w:rPr>
              <w:t>Job location</w:t>
            </w:r>
          </w:p>
        </w:tc>
        <w:tc>
          <w:tcPr>
            <w:tcW w:w="7343"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2C66E8FF" w14:textId="77777777" w:rsidR="00B97566" w:rsidRDefault="00000000">
            <w:pPr>
              <w:spacing w:before="20" w:after="20" w:line="240" w:lineRule="auto"/>
            </w:pPr>
            <w:r>
              <w:rPr>
                <w:rFonts w:ascii="Calibri" w:eastAsia="Calibri" w:hAnsi="Calibri"/>
                <w:color w:val="5A564A"/>
                <w:sz w:val="18"/>
              </w:rPr>
              <w:t>Street, city, state (and building / area if you have it)</w:t>
            </w:r>
          </w:p>
        </w:tc>
      </w:tr>
      <w:tr w:rsidR="00B97566" w14:paraId="2E07159D" w14:textId="77777777">
        <w:tc>
          <w:tcPr>
            <w:tcW w:w="3168"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7B2C3F83" w14:textId="77777777" w:rsidR="00B97566" w:rsidRDefault="00000000">
            <w:pPr>
              <w:spacing w:before="20" w:after="20" w:line="240" w:lineRule="auto"/>
            </w:pPr>
            <w:r>
              <w:rPr>
                <w:rFonts w:ascii="Calibri" w:eastAsia="Calibri" w:hAnsi="Calibri"/>
                <w:b/>
                <w:color w:val="12110E"/>
                <w:sz w:val="18"/>
              </w:rPr>
              <w:t>GC / host / owner</w:t>
            </w:r>
          </w:p>
        </w:tc>
        <w:tc>
          <w:tcPr>
            <w:tcW w:w="7343"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6B8D7D26" w14:textId="77777777" w:rsidR="00B97566" w:rsidRDefault="00000000">
            <w:pPr>
              <w:spacing w:before="20" w:after="20" w:line="240" w:lineRule="auto"/>
            </w:pPr>
            <w:r>
              <w:rPr>
                <w:rFonts w:ascii="Calibri" w:eastAsia="Calibri" w:hAnsi="Calibri"/>
                <w:color w:val="5A564A"/>
                <w:sz w:val="18"/>
              </w:rPr>
              <w:t>If different from the company requesting the document</w:t>
            </w:r>
          </w:p>
        </w:tc>
      </w:tr>
      <w:tr w:rsidR="00B97566" w14:paraId="24E02DEF" w14:textId="77777777">
        <w:tc>
          <w:tcPr>
            <w:tcW w:w="3168"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60D4F6C8" w14:textId="77777777" w:rsidR="00B97566" w:rsidRDefault="00000000">
            <w:pPr>
              <w:spacing w:before="20" w:after="20" w:line="240" w:lineRule="auto"/>
            </w:pPr>
            <w:r>
              <w:rPr>
                <w:rFonts w:ascii="Calibri" w:eastAsia="Calibri" w:hAnsi="Calibri"/>
                <w:b/>
                <w:color w:val="12110E"/>
                <w:sz w:val="18"/>
              </w:rPr>
              <w:t>Start date / duration</w:t>
            </w:r>
          </w:p>
        </w:tc>
        <w:tc>
          <w:tcPr>
            <w:tcW w:w="7343"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650C532F" w14:textId="77777777" w:rsidR="00B97566" w:rsidRDefault="00B97566">
            <w:pPr>
              <w:spacing w:before="20" w:after="20" w:line="240" w:lineRule="auto"/>
            </w:pPr>
          </w:p>
        </w:tc>
      </w:tr>
      <w:tr w:rsidR="00B97566" w14:paraId="3B10833A" w14:textId="77777777">
        <w:tc>
          <w:tcPr>
            <w:tcW w:w="3168"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474EE6F7" w14:textId="77777777" w:rsidR="00B97566" w:rsidRDefault="00000000">
            <w:pPr>
              <w:spacing w:before="20" w:after="20" w:line="240" w:lineRule="auto"/>
            </w:pPr>
            <w:r>
              <w:rPr>
                <w:rFonts w:ascii="Calibri" w:eastAsia="Calibri" w:hAnsi="Calibri"/>
                <w:b/>
                <w:color w:val="12110E"/>
                <w:sz w:val="18"/>
              </w:rPr>
              <w:t>Number of employees this JSA represents</w:t>
            </w:r>
          </w:p>
        </w:tc>
        <w:tc>
          <w:tcPr>
            <w:tcW w:w="7343"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38FF73F6" w14:textId="77777777" w:rsidR="00B97566" w:rsidRDefault="00B97566">
            <w:pPr>
              <w:spacing w:before="20" w:after="20" w:line="240" w:lineRule="auto"/>
            </w:pPr>
          </w:p>
        </w:tc>
      </w:tr>
    </w:tbl>
    <w:p w14:paraId="03872044" w14:textId="77777777" w:rsidR="00B97566" w:rsidRDefault="00B97566">
      <w:pPr>
        <w:spacing w:before="80" w:after="0"/>
      </w:pPr>
    </w:p>
    <w:tbl>
      <w:tblPr>
        <w:tblW w:w="10512" w:type="dxa"/>
        <w:tblLayout w:type="fixed"/>
        <w:tblLook w:val="04A0" w:firstRow="1" w:lastRow="0" w:firstColumn="1" w:lastColumn="0" w:noHBand="0" w:noVBand="1"/>
      </w:tblPr>
      <w:tblGrid>
        <w:gridCol w:w="10512"/>
      </w:tblGrid>
      <w:tr w:rsidR="00B97566" w14:paraId="3EC11839" w14:textId="77777777">
        <w:tc>
          <w:tcPr>
            <w:tcW w:w="10512" w:type="dxa"/>
            <w:tcBorders>
              <w:top w:val="single" w:sz="4" w:space="0" w:color="3A362C"/>
              <w:left w:val="single" w:sz="4" w:space="0" w:color="3A362C"/>
              <w:bottom w:val="single" w:sz="4" w:space="0" w:color="3A362C"/>
              <w:right w:val="single" w:sz="4" w:space="0" w:color="3A362C"/>
            </w:tcBorders>
            <w:shd w:val="clear" w:color="auto" w:fill="E6B325"/>
            <w:tcMar>
              <w:top w:w="60" w:type="dxa"/>
              <w:left w:w="80" w:type="dxa"/>
              <w:bottom w:w="60" w:type="dxa"/>
              <w:right w:w="80" w:type="dxa"/>
            </w:tcMar>
            <w:vAlign w:val="center"/>
          </w:tcPr>
          <w:p w14:paraId="71ED7C29" w14:textId="77777777" w:rsidR="00B97566" w:rsidRDefault="00000000">
            <w:pPr>
              <w:spacing w:before="20" w:after="20" w:line="240" w:lineRule="auto"/>
            </w:pPr>
            <w:r>
              <w:rPr>
                <w:rFonts w:ascii="Calibri" w:eastAsia="Calibri" w:hAnsi="Calibri"/>
                <w:b/>
                <w:color w:val="1A1608"/>
              </w:rPr>
              <w:t>3. Work</w:t>
            </w:r>
          </w:p>
        </w:tc>
      </w:tr>
    </w:tbl>
    <w:p w14:paraId="10CB08C5" w14:textId="77777777" w:rsidR="00B97566" w:rsidRDefault="00B97566">
      <w:pPr>
        <w:spacing w:before="40" w:after="0"/>
      </w:pPr>
    </w:p>
    <w:tbl>
      <w:tblPr>
        <w:tblW w:w="10512" w:type="dxa"/>
        <w:tblLayout w:type="fixed"/>
        <w:tblLook w:val="04A0" w:firstRow="1" w:lastRow="0" w:firstColumn="1" w:lastColumn="0" w:noHBand="0" w:noVBand="1"/>
      </w:tblPr>
      <w:tblGrid>
        <w:gridCol w:w="10512"/>
      </w:tblGrid>
      <w:tr w:rsidR="00B97566" w14:paraId="49381FA9" w14:textId="77777777">
        <w:tc>
          <w:tcPr>
            <w:tcW w:w="10512"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581C1AAC" w14:textId="77777777" w:rsidR="00B97566" w:rsidRDefault="00000000">
            <w:pPr>
              <w:spacing w:before="20" w:after="20" w:line="240" w:lineRule="auto"/>
            </w:pPr>
            <w:r>
              <w:rPr>
                <w:rFonts w:ascii="Calibri" w:eastAsia="Calibri" w:hAnsi="Calibri"/>
                <w:b/>
                <w:color w:val="12110E"/>
                <w:sz w:val="18"/>
              </w:rPr>
              <w:t>Scope of work in detail, including tools and equipment to be used</w:t>
            </w:r>
          </w:p>
        </w:tc>
      </w:tr>
      <w:tr w:rsidR="00B97566" w14:paraId="4E978787" w14:textId="77777777">
        <w:tc>
          <w:tcPr>
            <w:tcW w:w="10512"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092374CF" w14:textId="77777777" w:rsidR="00B97566" w:rsidRDefault="00000000">
            <w:pPr>
              <w:spacing w:before="20" w:after="20" w:line="240" w:lineRule="auto"/>
            </w:pPr>
            <w:r>
              <w:rPr>
                <w:rFonts w:ascii="Calibri" w:eastAsia="Calibri" w:hAnsi="Calibri"/>
                <w:color w:val="5A564A"/>
                <w:sz w:val="18"/>
              </w:rPr>
              <w:t>Write the work in your words. List tools, equipment, lifts, ladders, welders, excavators, etc.</w:t>
            </w:r>
          </w:p>
          <w:p w14:paraId="3044D795" w14:textId="77777777" w:rsidR="00B97566" w:rsidRDefault="00000000">
            <w:pPr>
              <w:spacing w:before="40" w:after="40"/>
            </w:pPr>
            <w:r>
              <w:rPr>
                <w:rFonts w:ascii="Calibri" w:eastAsia="Calibri" w:hAnsi="Calibri"/>
                <w:sz w:val="18"/>
              </w:rPr>
              <w:t xml:space="preserve"> </w:t>
            </w:r>
          </w:p>
          <w:p w14:paraId="5C0F3350" w14:textId="77777777" w:rsidR="00B97566" w:rsidRDefault="00000000">
            <w:pPr>
              <w:spacing w:before="40" w:after="40"/>
            </w:pPr>
            <w:r>
              <w:rPr>
                <w:rFonts w:ascii="Calibri" w:eastAsia="Calibri" w:hAnsi="Calibri"/>
                <w:sz w:val="18"/>
              </w:rPr>
              <w:t xml:space="preserve"> </w:t>
            </w:r>
          </w:p>
          <w:p w14:paraId="4E306924" w14:textId="77777777" w:rsidR="00B97566" w:rsidRDefault="00000000">
            <w:pPr>
              <w:spacing w:before="40" w:after="40"/>
            </w:pPr>
            <w:r>
              <w:rPr>
                <w:rFonts w:ascii="Calibri" w:eastAsia="Calibri" w:hAnsi="Calibri"/>
                <w:sz w:val="18"/>
              </w:rPr>
              <w:t xml:space="preserve"> </w:t>
            </w:r>
          </w:p>
          <w:p w14:paraId="323E6531" w14:textId="77777777" w:rsidR="00B97566" w:rsidRDefault="00000000">
            <w:pPr>
              <w:spacing w:before="40" w:after="40"/>
            </w:pPr>
            <w:r>
              <w:rPr>
                <w:rFonts w:ascii="Calibri" w:eastAsia="Calibri" w:hAnsi="Calibri"/>
                <w:sz w:val="18"/>
              </w:rPr>
              <w:t xml:space="preserve"> </w:t>
            </w:r>
          </w:p>
          <w:p w14:paraId="1EBCDDD9" w14:textId="77777777" w:rsidR="00B97566" w:rsidRDefault="00000000">
            <w:pPr>
              <w:spacing w:before="40" w:after="40"/>
            </w:pPr>
            <w:r>
              <w:rPr>
                <w:rFonts w:ascii="Calibri" w:eastAsia="Calibri" w:hAnsi="Calibri"/>
                <w:sz w:val="18"/>
              </w:rPr>
              <w:t xml:space="preserve"> </w:t>
            </w:r>
          </w:p>
        </w:tc>
      </w:tr>
      <w:tr w:rsidR="00B97566" w14:paraId="16037AFA" w14:textId="77777777">
        <w:tc>
          <w:tcPr>
            <w:tcW w:w="10512"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26371AA4" w14:textId="77777777" w:rsidR="00B97566" w:rsidRDefault="00000000">
            <w:pPr>
              <w:spacing w:before="20" w:after="20" w:line="240" w:lineRule="auto"/>
            </w:pPr>
            <w:r>
              <w:rPr>
                <w:rFonts w:ascii="Calibri" w:eastAsia="Calibri" w:hAnsi="Calibri"/>
                <w:color w:val="5A564A"/>
                <w:sz w:val="18"/>
              </w:rPr>
              <w:t>Work this crew will NOT do on this job (so it stays out of the paperwork):</w:t>
            </w:r>
          </w:p>
          <w:p w14:paraId="2B05BBD4" w14:textId="77777777" w:rsidR="00B97566" w:rsidRDefault="00000000">
            <w:pPr>
              <w:spacing w:before="40" w:after="40"/>
            </w:pPr>
            <w:r>
              <w:rPr>
                <w:rFonts w:ascii="Calibri" w:eastAsia="Calibri" w:hAnsi="Calibri"/>
                <w:sz w:val="18"/>
              </w:rPr>
              <w:t xml:space="preserve"> </w:t>
            </w:r>
          </w:p>
        </w:tc>
      </w:tr>
    </w:tbl>
    <w:p w14:paraId="1E917CD3" w14:textId="77777777" w:rsidR="00B97566" w:rsidRDefault="00B97566">
      <w:pPr>
        <w:spacing w:before="120"/>
      </w:pPr>
    </w:p>
    <w:tbl>
      <w:tblPr>
        <w:tblW w:w="10512" w:type="dxa"/>
        <w:tblLayout w:type="fixed"/>
        <w:tblLook w:val="04A0" w:firstRow="1" w:lastRow="0" w:firstColumn="1" w:lastColumn="0" w:noHBand="0" w:noVBand="1"/>
      </w:tblPr>
      <w:tblGrid>
        <w:gridCol w:w="10512"/>
      </w:tblGrid>
      <w:tr w:rsidR="00B97566" w14:paraId="7B7425C7" w14:textId="77777777">
        <w:tc>
          <w:tcPr>
            <w:tcW w:w="10512"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4E6E6060" w14:textId="77777777" w:rsidR="00B97566" w:rsidRDefault="00000000">
            <w:pPr>
              <w:spacing w:before="20" w:after="20" w:line="240" w:lineRule="auto"/>
            </w:pPr>
            <w:r>
              <w:rPr>
                <w:rFonts w:ascii="Calibri" w:eastAsia="Calibri" w:hAnsi="Calibri"/>
                <w:b/>
                <w:color w:val="12110E"/>
                <w:sz w:val="18"/>
              </w:rPr>
              <w:t>Chemicals to be used</w:t>
            </w:r>
          </w:p>
        </w:tc>
      </w:tr>
      <w:tr w:rsidR="00B97566" w14:paraId="4C5996A4" w14:textId="77777777">
        <w:tc>
          <w:tcPr>
            <w:tcW w:w="10512"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31DA3A81" w14:textId="77777777" w:rsidR="00B97566" w:rsidRDefault="00000000">
            <w:pPr>
              <w:spacing w:before="20" w:after="20" w:line="240" w:lineRule="auto"/>
            </w:pPr>
            <w:r>
              <w:rPr>
                <w:rFonts w:ascii="Calibri" w:eastAsia="Calibri" w:hAnsi="Calibri"/>
                <w:color w:val="5A564A"/>
                <w:sz w:val="18"/>
              </w:rPr>
              <w:t>Names / products. Attach SDS if you have them. Write “none” if none.</w:t>
            </w:r>
          </w:p>
          <w:p w14:paraId="1C034068" w14:textId="77777777" w:rsidR="00B97566" w:rsidRDefault="00000000">
            <w:pPr>
              <w:spacing w:before="40" w:after="40"/>
            </w:pPr>
            <w:r>
              <w:rPr>
                <w:rFonts w:ascii="Calibri" w:eastAsia="Calibri" w:hAnsi="Calibri"/>
                <w:sz w:val="18"/>
              </w:rPr>
              <w:t xml:space="preserve"> </w:t>
            </w:r>
          </w:p>
          <w:p w14:paraId="43CA8B94" w14:textId="77777777" w:rsidR="00B97566" w:rsidRDefault="00000000">
            <w:pPr>
              <w:spacing w:before="40" w:after="40"/>
            </w:pPr>
            <w:r>
              <w:rPr>
                <w:rFonts w:ascii="Calibri" w:eastAsia="Calibri" w:hAnsi="Calibri"/>
                <w:sz w:val="18"/>
              </w:rPr>
              <w:t xml:space="preserve"> </w:t>
            </w:r>
          </w:p>
        </w:tc>
      </w:tr>
    </w:tbl>
    <w:p w14:paraId="23F4DE4F" w14:textId="77777777" w:rsidR="00B97566" w:rsidRDefault="00B97566">
      <w:pPr>
        <w:spacing w:before="120"/>
      </w:pPr>
    </w:p>
    <w:tbl>
      <w:tblPr>
        <w:tblW w:w="10512" w:type="dxa"/>
        <w:tblLayout w:type="fixed"/>
        <w:tblLook w:val="04A0" w:firstRow="1" w:lastRow="0" w:firstColumn="1" w:lastColumn="0" w:noHBand="0" w:noVBand="1"/>
      </w:tblPr>
      <w:tblGrid>
        <w:gridCol w:w="10512"/>
      </w:tblGrid>
      <w:tr w:rsidR="00B97566" w14:paraId="3CA20005" w14:textId="77777777">
        <w:tc>
          <w:tcPr>
            <w:tcW w:w="10512"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0401302E" w14:textId="77777777" w:rsidR="00B97566" w:rsidRDefault="00000000">
            <w:pPr>
              <w:spacing w:before="20" w:after="20" w:line="240" w:lineRule="auto"/>
            </w:pPr>
            <w:r>
              <w:rPr>
                <w:rFonts w:ascii="Calibri" w:eastAsia="Calibri" w:hAnsi="Calibri"/>
                <w:b/>
                <w:color w:val="12110E"/>
                <w:sz w:val="18"/>
              </w:rPr>
              <w:t>Special processes</w:t>
            </w:r>
          </w:p>
        </w:tc>
      </w:tr>
      <w:tr w:rsidR="00B97566" w14:paraId="1D6C9AAB" w14:textId="77777777">
        <w:tc>
          <w:tcPr>
            <w:tcW w:w="10512"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2DE79935" w14:textId="77777777" w:rsidR="00B97566" w:rsidRDefault="00000000">
            <w:pPr>
              <w:spacing w:before="20" w:after="20" w:line="240" w:lineRule="auto"/>
            </w:pPr>
            <w:r>
              <w:rPr>
                <w:rFonts w:ascii="Calibri" w:eastAsia="Calibri" w:hAnsi="Calibri"/>
                <w:color w:val="5A564A"/>
                <w:sz w:val="18"/>
              </w:rPr>
              <w:t>Welding, cutting, coating, concrete, steel, demolition, live plant work, etc.</w:t>
            </w:r>
          </w:p>
          <w:p w14:paraId="28ED547B" w14:textId="77777777" w:rsidR="00B97566" w:rsidRDefault="00000000">
            <w:pPr>
              <w:spacing w:before="40" w:after="40"/>
            </w:pPr>
            <w:r>
              <w:rPr>
                <w:rFonts w:ascii="Calibri" w:eastAsia="Calibri" w:hAnsi="Calibri"/>
                <w:sz w:val="18"/>
              </w:rPr>
              <w:t xml:space="preserve"> </w:t>
            </w:r>
          </w:p>
          <w:p w14:paraId="33CEBE70" w14:textId="77777777" w:rsidR="00B97566" w:rsidRDefault="00000000">
            <w:pPr>
              <w:spacing w:before="40" w:after="40"/>
            </w:pPr>
            <w:r>
              <w:rPr>
                <w:rFonts w:ascii="Calibri" w:eastAsia="Calibri" w:hAnsi="Calibri"/>
                <w:sz w:val="18"/>
              </w:rPr>
              <w:t xml:space="preserve"> </w:t>
            </w:r>
          </w:p>
        </w:tc>
      </w:tr>
    </w:tbl>
    <w:p w14:paraId="6A764CA3" w14:textId="77777777" w:rsidR="00B97566" w:rsidRDefault="00B97566">
      <w:pPr>
        <w:spacing w:before="120"/>
      </w:pPr>
    </w:p>
    <w:tbl>
      <w:tblPr>
        <w:tblW w:w="10512" w:type="dxa"/>
        <w:tblLayout w:type="fixed"/>
        <w:tblLook w:val="04A0" w:firstRow="1" w:lastRow="0" w:firstColumn="1" w:lastColumn="0" w:noHBand="0" w:noVBand="1"/>
      </w:tblPr>
      <w:tblGrid>
        <w:gridCol w:w="10512"/>
      </w:tblGrid>
      <w:tr w:rsidR="00B97566" w14:paraId="261508BA" w14:textId="77777777">
        <w:tc>
          <w:tcPr>
            <w:tcW w:w="10512" w:type="dxa"/>
            <w:tcBorders>
              <w:top w:val="single" w:sz="4" w:space="0" w:color="3A362C"/>
              <w:left w:val="single" w:sz="4" w:space="0" w:color="3A362C"/>
              <w:bottom w:val="single" w:sz="4" w:space="0" w:color="3A362C"/>
              <w:right w:val="single" w:sz="4" w:space="0" w:color="3A362C"/>
            </w:tcBorders>
            <w:shd w:val="clear" w:color="auto" w:fill="E6B325"/>
            <w:tcMar>
              <w:top w:w="60" w:type="dxa"/>
              <w:left w:w="80" w:type="dxa"/>
              <w:bottom w:w="60" w:type="dxa"/>
              <w:right w:w="80" w:type="dxa"/>
            </w:tcMar>
            <w:vAlign w:val="center"/>
          </w:tcPr>
          <w:p w14:paraId="57670419" w14:textId="77777777" w:rsidR="00B97566" w:rsidRDefault="00000000">
            <w:pPr>
              <w:spacing w:before="20" w:after="20" w:line="240" w:lineRule="auto"/>
            </w:pPr>
            <w:r>
              <w:rPr>
                <w:rFonts w:ascii="Calibri" w:eastAsia="Calibri" w:hAnsi="Calibri"/>
                <w:b/>
                <w:color w:val="1A1608"/>
              </w:rPr>
              <w:t>4. Controls that change the write</w:t>
            </w:r>
          </w:p>
        </w:tc>
      </w:tr>
    </w:tbl>
    <w:p w14:paraId="0FFC92A7" w14:textId="77777777" w:rsidR="00B97566" w:rsidRDefault="00B97566">
      <w:pPr>
        <w:spacing w:before="40" w:after="0"/>
      </w:pPr>
    </w:p>
    <w:tbl>
      <w:tblPr>
        <w:tblW w:w="10512" w:type="dxa"/>
        <w:tblLayout w:type="fixed"/>
        <w:tblLook w:val="04A0" w:firstRow="1" w:lastRow="0" w:firstColumn="1" w:lastColumn="0" w:noHBand="0" w:noVBand="1"/>
      </w:tblPr>
      <w:tblGrid>
        <w:gridCol w:w="3456"/>
        <w:gridCol w:w="7056"/>
      </w:tblGrid>
      <w:tr w:rsidR="00B97566" w14:paraId="7007B2B4" w14:textId="77777777">
        <w:tc>
          <w:tcPr>
            <w:tcW w:w="3456"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6792C44B" w14:textId="77777777" w:rsidR="00B97566" w:rsidRDefault="00000000">
            <w:pPr>
              <w:spacing w:before="20" w:after="20" w:line="240" w:lineRule="auto"/>
            </w:pPr>
            <w:r>
              <w:rPr>
                <w:rFonts w:ascii="Calibri" w:eastAsia="Calibri" w:hAnsi="Calibri"/>
                <w:b/>
                <w:color w:val="12110E"/>
                <w:sz w:val="18"/>
              </w:rPr>
              <w:t>LOTO required?</w:t>
            </w:r>
          </w:p>
        </w:tc>
        <w:tc>
          <w:tcPr>
            <w:tcW w:w="7056"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048150DC" w14:textId="77777777" w:rsidR="00B97566" w:rsidRDefault="00000000">
            <w:pPr>
              <w:spacing w:before="20" w:after="20" w:line="240" w:lineRule="auto"/>
            </w:pPr>
            <w:r>
              <w:rPr>
                <w:rFonts w:ascii="Calibri" w:eastAsia="Calibri" w:hAnsi="Calibri"/>
                <w:color w:val="5A564A"/>
                <w:sz w:val="18"/>
              </w:rPr>
              <w:t>☐ No    ☐ Yes — energy to isolate (electrical, pneumatic, hydraulic, process, stored): ________________</w:t>
            </w:r>
          </w:p>
        </w:tc>
      </w:tr>
      <w:tr w:rsidR="00B97566" w14:paraId="4F3EFCE3" w14:textId="77777777">
        <w:tc>
          <w:tcPr>
            <w:tcW w:w="3456"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725F98BA" w14:textId="77777777" w:rsidR="00B97566" w:rsidRDefault="00000000">
            <w:pPr>
              <w:spacing w:before="20" w:after="20" w:line="240" w:lineRule="auto"/>
            </w:pPr>
            <w:r>
              <w:rPr>
                <w:rFonts w:ascii="Calibri" w:eastAsia="Calibri" w:hAnsi="Calibri"/>
                <w:b/>
                <w:color w:val="12110E"/>
                <w:sz w:val="18"/>
              </w:rPr>
              <w:t>Confined space</w:t>
            </w:r>
          </w:p>
        </w:tc>
        <w:tc>
          <w:tcPr>
            <w:tcW w:w="7056"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587302CB" w14:textId="77777777" w:rsidR="00B97566" w:rsidRDefault="00000000">
            <w:pPr>
              <w:spacing w:before="20" w:after="20" w:line="240" w:lineRule="auto"/>
            </w:pPr>
            <w:r>
              <w:rPr>
                <w:rFonts w:ascii="Calibri" w:eastAsia="Calibri" w:hAnsi="Calibri"/>
                <w:color w:val="5A564A"/>
                <w:sz w:val="18"/>
              </w:rPr>
              <w:t>☐ None    ☐ Non-permit    ☐ Permit-required    Where / why: ________________</w:t>
            </w:r>
          </w:p>
        </w:tc>
      </w:tr>
      <w:tr w:rsidR="00B97566" w14:paraId="53FC223B" w14:textId="77777777">
        <w:tc>
          <w:tcPr>
            <w:tcW w:w="3456"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3E7873D2" w14:textId="77777777" w:rsidR="00B97566" w:rsidRDefault="00000000">
            <w:pPr>
              <w:spacing w:before="20" w:after="20" w:line="240" w:lineRule="auto"/>
            </w:pPr>
            <w:r>
              <w:rPr>
                <w:rFonts w:ascii="Calibri" w:eastAsia="Calibri" w:hAnsi="Calibri"/>
                <w:b/>
                <w:color w:val="12110E"/>
                <w:sz w:val="18"/>
              </w:rPr>
              <w:t>Work at height</w:t>
            </w:r>
          </w:p>
        </w:tc>
        <w:tc>
          <w:tcPr>
            <w:tcW w:w="7056"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2E001396" w14:textId="77777777" w:rsidR="00B97566" w:rsidRDefault="00000000">
            <w:pPr>
              <w:spacing w:before="20" w:after="20" w:line="240" w:lineRule="auto"/>
            </w:pPr>
            <w:r>
              <w:rPr>
                <w:rFonts w:ascii="Calibri" w:eastAsia="Calibri" w:hAnsi="Calibri"/>
                <w:color w:val="5A564A"/>
                <w:sz w:val="18"/>
              </w:rPr>
              <w:t>☐ No    ☐ Yes — how high and what they stand on: ________________</w:t>
            </w:r>
          </w:p>
        </w:tc>
      </w:tr>
      <w:tr w:rsidR="00B97566" w14:paraId="1AA6D856" w14:textId="77777777">
        <w:tc>
          <w:tcPr>
            <w:tcW w:w="3456"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0ABA08E1" w14:textId="77777777" w:rsidR="00B97566" w:rsidRDefault="00000000">
            <w:pPr>
              <w:spacing w:before="20" w:after="20" w:line="240" w:lineRule="auto"/>
            </w:pPr>
            <w:r>
              <w:rPr>
                <w:rFonts w:ascii="Calibri" w:eastAsia="Calibri" w:hAnsi="Calibri"/>
                <w:b/>
                <w:color w:val="12110E"/>
                <w:sz w:val="18"/>
              </w:rPr>
              <w:t>Hot work</w:t>
            </w:r>
          </w:p>
        </w:tc>
        <w:tc>
          <w:tcPr>
            <w:tcW w:w="7056"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1DF3523E" w14:textId="77777777" w:rsidR="00B97566" w:rsidRDefault="00000000">
            <w:pPr>
              <w:spacing w:before="20" w:after="20" w:line="240" w:lineRule="auto"/>
            </w:pPr>
            <w:r>
              <w:rPr>
                <w:rFonts w:ascii="Calibri" w:eastAsia="Calibri" w:hAnsi="Calibri"/>
                <w:color w:val="5A564A"/>
                <w:sz w:val="18"/>
              </w:rPr>
              <w:t>☐ No    ☐ Yes — where: ________________</w:t>
            </w:r>
          </w:p>
        </w:tc>
      </w:tr>
      <w:tr w:rsidR="00B97566" w14:paraId="4EAB6FCD" w14:textId="77777777">
        <w:tc>
          <w:tcPr>
            <w:tcW w:w="3456"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0DC61D7B" w14:textId="77777777" w:rsidR="00B97566" w:rsidRDefault="00000000">
            <w:pPr>
              <w:spacing w:before="20" w:after="20" w:line="240" w:lineRule="auto"/>
            </w:pPr>
            <w:r>
              <w:rPr>
                <w:rFonts w:ascii="Calibri" w:eastAsia="Calibri" w:hAnsi="Calibri"/>
                <w:b/>
                <w:color w:val="12110E"/>
                <w:sz w:val="18"/>
              </w:rPr>
              <w:t>Excavation / trench</w:t>
            </w:r>
          </w:p>
        </w:tc>
        <w:tc>
          <w:tcPr>
            <w:tcW w:w="7056"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0465C10B" w14:textId="77777777" w:rsidR="00B97566" w:rsidRDefault="00000000">
            <w:pPr>
              <w:spacing w:before="20" w:after="20" w:line="240" w:lineRule="auto"/>
            </w:pPr>
            <w:r>
              <w:rPr>
                <w:rFonts w:ascii="Calibri" w:eastAsia="Calibri" w:hAnsi="Calibri"/>
                <w:color w:val="5A564A"/>
                <w:sz w:val="18"/>
              </w:rPr>
              <w:t>☐ No    ☐ Yes — depth / soil if known: ________________</w:t>
            </w:r>
          </w:p>
        </w:tc>
      </w:tr>
      <w:tr w:rsidR="00B97566" w14:paraId="004831EC" w14:textId="77777777">
        <w:tc>
          <w:tcPr>
            <w:tcW w:w="3456"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21ECFD24" w14:textId="77777777" w:rsidR="00B97566" w:rsidRDefault="00000000">
            <w:pPr>
              <w:spacing w:before="20" w:after="20" w:line="240" w:lineRule="auto"/>
            </w:pPr>
            <w:r>
              <w:rPr>
                <w:rFonts w:ascii="Calibri" w:eastAsia="Calibri" w:hAnsi="Calibri"/>
                <w:b/>
                <w:color w:val="12110E"/>
                <w:sz w:val="18"/>
              </w:rPr>
              <w:t>Energized electrical</w:t>
            </w:r>
          </w:p>
        </w:tc>
        <w:tc>
          <w:tcPr>
            <w:tcW w:w="7056"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1BB8169C" w14:textId="77777777" w:rsidR="00B97566" w:rsidRDefault="00000000">
            <w:pPr>
              <w:spacing w:before="20" w:after="20" w:line="240" w:lineRule="auto"/>
            </w:pPr>
            <w:r>
              <w:rPr>
                <w:rFonts w:ascii="Calibri" w:eastAsia="Calibri" w:hAnsi="Calibri"/>
                <w:color w:val="5A564A"/>
                <w:sz w:val="18"/>
              </w:rPr>
              <w:t>☐ No    ☐ Yes — voltage if known: ________________</w:t>
            </w:r>
          </w:p>
        </w:tc>
      </w:tr>
      <w:tr w:rsidR="00B97566" w14:paraId="597A2AC6" w14:textId="77777777">
        <w:tc>
          <w:tcPr>
            <w:tcW w:w="3456"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6CAFD6A4" w14:textId="77777777" w:rsidR="00B97566" w:rsidRDefault="00000000">
            <w:pPr>
              <w:spacing w:before="20" w:after="20" w:line="240" w:lineRule="auto"/>
            </w:pPr>
            <w:r>
              <w:rPr>
                <w:rFonts w:ascii="Calibri" w:eastAsia="Calibri" w:hAnsi="Calibri"/>
                <w:b/>
                <w:color w:val="12110E"/>
                <w:sz w:val="18"/>
              </w:rPr>
              <w:t>Host PPE / site rules you already know</w:t>
            </w:r>
          </w:p>
        </w:tc>
        <w:tc>
          <w:tcPr>
            <w:tcW w:w="7056"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30CA3C5B" w14:textId="77777777" w:rsidR="00B97566" w:rsidRDefault="00000000">
            <w:pPr>
              <w:spacing w:before="20" w:after="20" w:line="240" w:lineRule="auto"/>
            </w:pPr>
            <w:r>
              <w:rPr>
                <w:rFonts w:ascii="Calibri" w:eastAsia="Calibri" w:hAnsi="Calibri"/>
                <w:color w:val="5A564A"/>
                <w:sz w:val="18"/>
              </w:rPr>
              <w:t>Hard hats, FR, badging, orientation, drug test, plant permits, etc.</w:t>
            </w:r>
          </w:p>
        </w:tc>
      </w:tr>
    </w:tbl>
    <w:p w14:paraId="3EC7E537" w14:textId="77777777" w:rsidR="00B97566" w:rsidRDefault="00B97566">
      <w:pPr>
        <w:spacing w:before="80" w:after="0"/>
      </w:pPr>
    </w:p>
    <w:tbl>
      <w:tblPr>
        <w:tblW w:w="10512" w:type="dxa"/>
        <w:tblLayout w:type="fixed"/>
        <w:tblLook w:val="04A0" w:firstRow="1" w:lastRow="0" w:firstColumn="1" w:lastColumn="0" w:noHBand="0" w:noVBand="1"/>
      </w:tblPr>
      <w:tblGrid>
        <w:gridCol w:w="10512"/>
      </w:tblGrid>
      <w:tr w:rsidR="00B97566" w14:paraId="4E406694" w14:textId="77777777">
        <w:tc>
          <w:tcPr>
            <w:tcW w:w="10512" w:type="dxa"/>
            <w:tcBorders>
              <w:top w:val="single" w:sz="4" w:space="0" w:color="3A362C"/>
              <w:left w:val="single" w:sz="4" w:space="0" w:color="3A362C"/>
              <w:bottom w:val="single" w:sz="4" w:space="0" w:color="3A362C"/>
              <w:right w:val="single" w:sz="4" w:space="0" w:color="3A362C"/>
            </w:tcBorders>
            <w:shd w:val="clear" w:color="auto" w:fill="E6B325"/>
            <w:tcMar>
              <w:top w:w="60" w:type="dxa"/>
              <w:left w:w="80" w:type="dxa"/>
              <w:bottom w:w="60" w:type="dxa"/>
              <w:right w:w="80" w:type="dxa"/>
            </w:tcMar>
            <w:vAlign w:val="center"/>
          </w:tcPr>
          <w:p w14:paraId="15B14F6B" w14:textId="77777777" w:rsidR="00B97566" w:rsidRDefault="00000000">
            <w:pPr>
              <w:spacing w:before="20" w:after="20" w:line="240" w:lineRule="auto"/>
            </w:pPr>
            <w:r>
              <w:rPr>
                <w:rFonts w:ascii="Calibri" w:eastAsia="Calibri" w:hAnsi="Calibri"/>
                <w:b/>
                <w:color w:val="1A1608"/>
              </w:rPr>
              <w:t>5. People and emergency</w:t>
            </w:r>
          </w:p>
        </w:tc>
      </w:tr>
    </w:tbl>
    <w:p w14:paraId="17AC2A23" w14:textId="77777777" w:rsidR="00B97566" w:rsidRDefault="00B97566">
      <w:pPr>
        <w:spacing w:before="40" w:after="0"/>
      </w:pPr>
    </w:p>
    <w:tbl>
      <w:tblPr>
        <w:tblW w:w="10512" w:type="dxa"/>
        <w:tblLayout w:type="fixed"/>
        <w:tblLook w:val="04A0" w:firstRow="1" w:lastRow="0" w:firstColumn="1" w:lastColumn="0" w:noHBand="0" w:noVBand="1"/>
      </w:tblPr>
      <w:tblGrid>
        <w:gridCol w:w="3168"/>
        <w:gridCol w:w="7344"/>
      </w:tblGrid>
      <w:tr w:rsidR="00B97566" w14:paraId="57D9972F" w14:textId="77777777">
        <w:tc>
          <w:tcPr>
            <w:tcW w:w="3168"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42D9498C" w14:textId="77777777" w:rsidR="00B97566" w:rsidRDefault="00000000">
            <w:pPr>
              <w:spacing w:before="20" w:after="20" w:line="240" w:lineRule="auto"/>
            </w:pPr>
            <w:r>
              <w:rPr>
                <w:rFonts w:ascii="Calibri" w:eastAsia="Calibri" w:hAnsi="Calibri"/>
                <w:b/>
                <w:color w:val="12110E"/>
                <w:sz w:val="18"/>
              </w:rPr>
              <w:t>Supervisor name and number</w:t>
            </w:r>
          </w:p>
        </w:tc>
        <w:tc>
          <w:tcPr>
            <w:tcW w:w="7343"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24E7489E" w14:textId="77777777" w:rsidR="00B97566" w:rsidRDefault="00B97566">
            <w:pPr>
              <w:spacing w:before="20" w:after="20" w:line="240" w:lineRule="auto"/>
            </w:pPr>
          </w:p>
        </w:tc>
      </w:tr>
      <w:tr w:rsidR="00B97566" w14:paraId="46EBBEB4" w14:textId="77777777">
        <w:tc>
          <w:tcPr>
            <w:tcW w:w="3168"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5189D258" w14:textId="77777777" w:rsidR="00B97566" w:rsidRDefault="00000000">
            <w:pPr>
              <w:spacing w:before="20" w:after="20" w:line="240" w:lineRule="auto"/>
            </w:pPr>
            <w:r>
              <w:rPr>
                <w:rFonts w:ascii="Calibri" w:eastAsia="Calibri" w:hAnsi="Calibri"/>
                <w:b/>
                <w:color w:val="12110E"/>
                <w:sz w:val="18"/>
              </w:rPr>
              <w:t>Project manager name and number</w:t>
            </w:r>
          </w:p>
        </w:tc>
        <w:tc>
          <w:tcPr>
            <w:tcW w:w="7343"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2F5765DE" w14:textId="77777777" w:rsidR="00B97566" w:rsidRDefault="00B97566">
            <w:pPr>
              <w:spacing w:before="20" w:after="20" w:line="240" w:lineRule="auto"/>
            </w:pPr>
          </w:p>
        </w:tc>
      </w:tr>
      <w:tr w:rsidR="00B97566" w14:paraId="7022C39F" w14:textId="77777777">
        <w:tc>
          <w:tcPr>
            <w:tcW w:w="3168"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5CFFDD0D" w14:textId="77777777" w:rsidR="00B97566" w:rsidRDefault="00000000">
            <w:pPr>
              <w:spacing w:before="20" w:after="20" w:line="240" w:lineRule="auto"/>
            </w:pPr>
            <w:r>
              <w:rPr>
                <w:rFonts w:ascii="Calibri" w:eastAsia="Calibri" w:hAnsi="Calibri"/>
                <w:b/>
                <w:color w:val="12110E"/>
                <w:sz w:val="18"/>
              </w:rPr>
              <w:t>Nearest medical facility</w:t>
            </w:r>
          </w:p>
        </w:tc>
        <w:tc>
          <w:tcPr>
            <w:tcW w:w="7343"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5ED01782" w14:textId="77777777" w:rsidR="00B97566" w:rsidRDefault="00000000">
            <w:pPr>
              <w:spacing w:before="20" w:after="20" w:line="240" w:lineRule="auto"/>
            </w:pPr>
            <w:r>
              <w:rPr>
                <w:rFonts w:ascii="Calibri" w:eastAsia="Calibri" w:hAnsi="Calibri"/>
                <w:color w:val="5A564A"/>
                <w:sz w:val="18"/>
              </w:rPr>
              <w:t>Name and address, or “use 911 / host ERT” if that is the rule</w:t>
            </w:r>
          </w:p>
        </w:tc>
      </w:tr>
      <w:tr w:rsidR="00B97566" w14:paraId="673B98B9" w14:textId="77777777">
        <w:tc>
          <w:tcPr>
            <w:tcW w:w="3168"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00B78C19" w14:textId="77777777" w:rsidR="00B97566" w:rsidRDefault="00000000">
            <w:pPr>
              <w:spacing w:before="20" w:after="20" w:line="240" w:lineRule="auto"/>
            </w:pPr>
            <w:r>
              <w:rPr>
                <w:rFonts w:ascii="Calibri" w:eastAsia="Calibri" w:hAnsi="Calibri"/>
                <w:b/>
                <w:color w:val="12110E"/>
                <w:sz w:val="18"/>
              </w:rPr>
              <w:t>Muster / emergency number on site</w:t>
            </w:r>
          </w:p>
        </w:tc>
        <w:tc>
          <w:tcPr>
            <w:tcW w:w="7343"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1C864CC3" w14:textId="77777777" w:rsidR="00B97566" w:rsidRDefault="00000000">
            <w:pPr>
              <w:spacing w:before="20" w:after="20" w:line="240" w:lineRule="auto"/>
            </w:pPr>
            <w:r>
              <w:rPr>
                <w:rFonts w:ascii="Calibri" w:eastAsia="Calibri" w:hAnsi="Calibri"/>
                <w:color w:val="5A564A"/>
                <w:sz w:val="18"/>
              </w:rPr>
              <w:t>If the host posted one</w:t>
            </w:r>
          </w:p>
        </w:tc>
      </w:tr>
      <w:tr w:rsidR="00B97566" w14:paraId="751BB7BD" w14:textId="77777777">
        <w:tc>
          <w:tcPr>
            <w:tcW w:w="3168"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745EEC46" w14:textId="77777777" w:rsidR="00B97566" w:rsidRDefault="00000000">
            <w:pPr>
              <w:spacing w:before="20" w:after="20" w:line="240" w:lineRule="auto"/>
            </w:pPr>
            <w:r>
              <w:rPr>
                <w:rFonts w:ascii="Calibri" w:eastAsia="Calibri" w:hAnsi="Calibri"/>
                <w:b/>
                <w:color w:val="12110E"/>
                <w:sz w:val="18"/>
              </w:rPr>
              <w:t>First aid / CPR on this crew?</w:t>
            </w:r>
          </w:p>
        </w:tc>
        <w:tc>
          <w:tcPr>
            <w:tcW w:w="7343"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789B33B6" w14:textId="77777777" w:rsidR="00B97566" w:rsidRDefault="00000000">
            <w:pPr>
              <w:spacing w:before="20" w:after="20" w:line="240" w:lineRule="auto"/>
            </w:pPr>
            <w:r>
              <w:rPr>
                <w:rFonts w:ascii="Calibri" w:eastAsia="Calibri" w:hAnsi="Calibri"/>
                <w:color w:val="5A564A"/>
                <w:sz w:val="18"/>
              </w:rPr>
              <w:t>☐ Yes    ☐ No    ☐ Unknown</w:t>
            </w:r>
          </w:p>
        </w:tc>
      </w:tr>
      <w:tr w:rsidR="00B97566" w14:paraId="23255D92" w14:textId="77777777">
        <w:tc>
          <w:tcPr>
            <w:tcW w:w="3168"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4364B9C8" w14:textId="77777777" w:rsidR="00B97566" w:rsidRDefault="00000000">
            <w:pPr>
              <w:spacing w:before="20" w:after="20" w:line="240" w:lineRule="auto"/>
            </w:pPr>
            <w:r>
              <w:rPr>
                <w:rFonts w:ascii="Calibri" w:eastAsia="Calibri" w:hAnsi="Calibri"/>
                <w:b/>
                <w:color w:val="12110E"/>
                <w:sz w:val="18"/>
              </w:rPr>
              <w:t>Language(s) the crew uses</w:t>
            </w:r>
          </w:p>
        </w:tc>
        <w:tc>
          <w:tcPr>
            <w:tcW w:w="7343"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0A380BB2" w14:textId="77777777" w:rsidR="00B97566" w:rsidRDefault="00B97566">
            <w:pPr>
              <w:spacing w:before="20" w:after="20" w:line="240" w:lineRule="auto"/>
            </w:pPr>
          </w:p>
        </w:tc>
      </w:tr>
    </w:tbl>
    <w:p w14:paraId="6B835C77" w14:textId="77777777" w:rsidR="00B97566" w:rsidRDefault="00B97566">
      <w:pPr>
        <w:spacing w:before="80" w:after="0"/>
      </w:pPr>
    </w:p>
    <w:tbl>
      <w:tblPr>
        <w:tblW w:w="10512" w:type="dxa"/>
        <w:tblLayout w:type="fixed"/>
        <w:tblLook w:val="04A0" w:firstRow="1" w:lastRow="0" w:firstColumn="1" w:lastColumn="0" w:noHBand="0" w:noVBand="1"/>
      </w:tblPr>
      <w:tblGrid>
        <w:gridCol w:w="10512"/>
      </w:tblGrid>
      <w:tr w:rsidR="00B97566" w14:paraId="0DA5A30C" w14:textId="77777777">
        <w:tc>
          <w:tcPr>
            <w:tcW w:w="10512" w:type="dxa"/>
            <w:tcBorders>
              <w:top w:val="single" w:sz="4" w:space="0" w:color="3A362C"/>
              <w:left w:val="single" w:sz="4" w:space="0" w:color="3A362C"/>
              <w:bottom w:val="single" w:sz="4" w:space="0" w:color="3A362C"/>
              <w:right w:val="single" w:sz="4" w:space="0" w:color="3A362C"/>
            </w:tcBorders>
            <w:shd w:val="clear" w:color="auto" w:fill="E6B325"/>
            <w:tcMar>
              <w:top w:w="60" w:type="dxa"/>
              <w:left w:w="80" w:type="dxa"/>
              <w:bottom w:w="60" w:type="dxa"/>
              <w:right w:w="80" w:type="dxa"/>
            </w:tcMar>
            <w:vAlign w:val="center"/>
          </w:tcPr>
          <w:p w14:paraId="297F2470" w14:textId="77777777" w:rsidR="00B97566" w:rsidRDefault="00000000">
            <w:pPr>
              <w:spacing w:before="20" w:after="20" w:line="240" w:lineRule="auto"/>
            </w:pPr>
            <w:r>
              <w:rPr>
                <w:rFonts w:ascii="Calibri" w:eastAsia="Calibri" w:hAnsi="Calibri"/>
                <w:b/>
                <w:color w:val="1A1608"/>
              </w:rPr>
              <w:t>6. Attachments (send with this form)</w:t>
            </w:r>
          </w:p>
        </w:tc>
      </w:tr>
    </w:tbl>
    <w:p w14:paraId="266CCC57" w14:textId="77777777" w:rsidR="00B97566" w:rsidRDefault="00B97566">
      <w:pPr>
        <w:spacing w:before="40" w:after="0"/>
      </w:pPr>
    </w:p>
    <w:tbl>
      <w:tblPr>
        <w:tblW w:w="10512" w:type="dxa"/>
        <w:tblLayout w:type="fixed"/>
        <w:tblLook w:val="04A0" w:firstRow="1" w:lastRow="0" w:firstColumn="1" w:lastColumn="0" w:noHBand="0" w:noVBand="1"/>
      </w:tblPr>
      <w:tblGrid>
        <w:gridCol w:w="7632"/>
        <w:gridCol w:w="2880"/>
      </w:tblGrid>
      <w:tr w:rsidR="00B97566" w14:paraId="7213E7F9" w14:textId="77777777">
        <w:tc>
          <w:tcPr>
            <w:tcW w:w="7632"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36E7FC4C" w14:textId="77777777" w:rsidR="00B97566" w:rsidRDefault="00000000">
            <w:pPr>
              <w:spacing w:before="20" w:after="20" w:line="240" w:lineRule="auto"/>
            </w:pPr>
            <w:r>
              <w:rPr>
                <w:rFonts w:ascii="Calibri" w:eastAsia="Calibri" w:hAnsi="Calibri"/>
                <w:color w:val="12110E"/>
                <w:sz w:val="18"/>
              </w:rPr>
              <w:t>GC / owner checklist or email that asked for this paperwork</w:t>
            </w:r>
          </w:p>
        </w:tc>
        <w:tc>
          <w:tcPr>
            <w:tcW w:w="2880"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7CC6CF84" w14:textId="77777777" w:rsidR="00B97566" w:rsidRDefault="00000000">
            <w:pPr>
              <w:spacing w:before="20" w:after="20" w:line="240" w:lineRule="auto"/>
            </w:pPr>
            <w:r>
              <w:rPr>
                <w:rFonts w:ascii="Calibri" w:eastAsia="Calibri" w:hAnsi="Calibri"/>
                <w:color w:val="5A564A"/>
                <w:sz w:val="18"/>
              </w:rPr>
              <w:t>☐ Attached   ☐ None</w:t>
            </w:r>
          </w:p>
        </w:tc>
      </w:tr>
      <w:tr w:rsidR="00B97566" w14:paraId="30B9793D" w14:textId="77777777">
        <w:tc>
          <w:tcPr>
            <w:tcW w:w="7632"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00B72064" w14:textId="77777777" w:rsidR="00B97566" w:rsidRDefault="00000000">
            <w:pPr>
              <w:spacing w:before="20" w:after="20" w:line="240" w:lineRule="auto"/>
            </w:pPr>
            <w:r>
              <w:rPr>
                <w:rFonts w:ascii="Calibri" w:eastAsia="Calibri" w:hAnsi="Calibri"/>
                <w:color w:val="12110E"/>
                <w:sz w:val="18"/>
              </w:rPr>
              <w:t>GC / owner / plant safety manual pages this JSA must follow (or check none)</w:t>
            </w:r>
          </w:p>
        </w:tc>
        <w:tc>
          <w:tcPr>
            <w:tcW w:w="2880"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0C624338" w14:textId="77777777" w:rsidR="00B97566" w:rsidRDefault="00000000">
            <w:pPr>
              <w:spacing w:before="20" w:after="20" w:line="240" w:lineRule="auto"/>
            </w:pPr>
            <w:r>
              <w:rPr>
                <w:rFonts w:ascii="Calibri" w:eastAsia="Calibri" w:hAnsi="Calibri"/>
                <w:color w:val="5A564A"/>
                <w:sz w:val="18"/>
              </w:rPr>
              <w:t>☐ Attached   ☐ None</w:t>
            </w:r>
          </w:p>
        </w:tc>
      </w:tr>
      <w:tr w:rsidR="00B97566" w14:paraId="411E8011" w14:textId="77777777">
        <w:tc>
          <w:tcPr>
            <w:tcW w:w="7632"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566CD97C" w14:textId="77777777" w:rsidR="00B97566" w:rsidRDefault="00000000">
            <w:pPr>
              <w:spacing w:before="20" w:after="20" w:line="240" w:lineRule="auto"/>
            </w:pPr>
            <w:r>
              <w:rPr>
                <w:rFonts w:ascii="Calibri" w:eastAsia="Calibri" w:hAnsi="Calibri"/>
                <w:color w:val="12110E"/>
                <w:sz w:val="18"/>
              </w:rPr>
              <w:t>SDS for chemicals listed above</w:t>
            </w:r>
          </w:p>
        </w:tc>
        <w:tc>
          <w:tcPr>
            <w:tcW w:w="2880"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28E054B6" w14:textId="77777777" w:rsidR="00B97566" w:rsidRDefault="00000000">
            <w:pPr>
              <w:spacing w:before="20" w:after="20" w:line="240" w:lineRule="auto"/>
            </w:pPr>
            <w:r>
              <w:rPr>
                <w:rFonts w:ascii="Calibri" w:eastAsia="Calibri" w:hAnsi="Calibri"/>
                <w:color w:val="5A564A"/>
                <w:sz w:val="18"/>
              </w:rPr>
              <w:t>☐ Attached   ☐ None</w:t>
            </w:r>
          </w:p>
        </w:tc>
      </w:tr>
      <w:tr w:rsidR="00B97566" w14:paraId="7F02C642" w14:textId="77777777">
        <w:tc>
          <w:tcPr>
            <w:tcW w:w="7632"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4A23DD9F" w14:textId="77777777" w:rsidR="00B97566" w:rsidRDefault="00000000">
            <w:pPr>
              <w:spacing w:before="20" w:after="20" w:line="240" w:lineRule="auto"/>
            </w:pPr>
            <w:r>
              <w:rPr>
                <w:rFonts w:ascii="Calibri" w:eastAsia="Calibri" w:hAnsi="Calibri"/>
                <w:color w:val="12110E"/>
                <w:sz w:val="18"/>
              </w:rPr>
              <w:t>Blank JSA/JHA form they were told to use (if any)</w:t>
            </w:r>
          </w:p>
        </w:tc>
        <w:tc>
          <w:tcPr>
            <w:tcW w:w="2880"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5CFA079C" w14:textId="77777777" w:rsidR="00B97566" w:rsidRDefault="00000000">
            <w:pPr>
              <w:spacing w:before="20" w:after="20" w:line="240" w:lineRule="auto"/>
            </w:pPr>
            <w:r>
              <w:rPr>
                <w:rFonts w:ascii="Calibri" w:eastAsia="Calibri" w:hAnsi="Calibri"/>
                <w:color w:val="5A564A"/>
                <w:sz w:val="18"/>
              </w:rPr>
              <w:t>☐ Attached   ☐ None</w:t>
            </w:r>
          </w:p>
        </w:tc>
      </w:tr>
      <w:tr w:rsidR="00B97566" w14:paraId="0B7D9131" w14:textId="77777777">
        <w:tc>
          <w:tcPr>
            <w:tcW w:w="7632"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287CC2F8" w14:textId="77777777" w:rsidR="00B97566" w:rsidRDefault="00000000">
            <w:pPr>
              <w:spacing w:before="20" w:after="20" w:line="240" w:lineRule="auto"/>
            </w:pPr>
            <w:r>
              <w:rPr>
                <w:rFonts w:ascii="Calibri" w:eastAsia="Calibri" w:hAnsi="Calibri"/>
                <w:color w:val="12110E"/>
                <w:sz w:val="18"/>
              </w:rPr>
              <w:t>Photos of the work or a similar past job (optional)</w:t>
            </w:r>
          </w:p>
        </w:tc>
        <w:tc>
          <w:tcPr>
            <w:tcW w:w="2880"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55507AA3" w14:textId="77777777" w:rsidR="00B97566" w:rsidRDefault="00000000">
            <w:pPr>
              <w:spacing w:before="20" w:after="20" w:line="240" w:lineRule="auto"/>
            </w:pPr>
            <w:r>
              <w:rPr>
                <w:rFonts w:ascii="Calibri" w:eastAsia="Calibri" w:hAnsi="Calibri"/>
                <w:color w:val="5A564A"/>
                <w:sz w:val="18"/>
              </w:rPr>
              <w:t>☐ Attached   ☐ None</w:t>
            </w:r>
          </w:p>
        </w:tc>
      </w:tr>
      <w:tr w:rsidR="00B97566" w14:paraId="23714396" w14:textId="77777777">
        <w:tc>
          <w:tcPr>
            <w:tcW w:w="7632"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6B37AD56" w14:textId="77777777" w:rsidR="00B97566" w:rsidRDefault="00000000">
            <w:pPr>
              <w:spacing w:before="20" w:after="20" w:line="240" w:lineRule="auto"/>
            </w:pPr>
            <w:r>
              <w:rPr>
                <w:rFonts w:ascii="Calibri" w:eastAsia="Calibri" w:hAnsi="Calibri"/>
                <w:color w:val="12110E"/>
                <w:sz w:val="18"/>
              </w:rPr>
              <w:t>Company logo if you want it on the finished files (optional)</w:t>
            </w:r>
          </w:p>
        </w:tc>
        <w:tc>
          <w:tcPr>
            <w:tcW w:w="2880"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5201A058" w14:textId="77777777" w:rsidR="00B97566" w:rsidRDefault="00000000">
            <w:pPr>
              <w:spacing w:before="20" w:after="20" w:line="240" w:lineRule="auto"/>
            </w:pPr>
            <w:r>
              <w:rPr>
                <w:rFonts w:ascii="Calibri" w:eastAsia="Calibri" w:hAnsi="Calibri"/>
                <w:color w:val="5A564A"/>
                <w:sz w:val="18"/>
              </w:rPr>
              <w:t>☐ Attached   ☐ None</w:t>
            </w:r>
          </w:p>
        </w:tc>
      </w:tr>
    </w:tbl>
    <w:p w14:paraId="4B3A8F62" w14:textId="77777777" w:rsidR="00B97566" w:rsidRDefault="00B97566">
      <w:pPr>
        <w:spacing w:before="160"/>
      </w:pPr>
    </w:p>
    <w:tbl>
      <w:tblPr>
        <w:tblW w:w="10512" w:type="dxa"/>
        <w:tblLayout w:type="fixed"/>
        <w:tblLook w:val="04A0" w:firstRow="1" w:lastRow="0" w:firstColumn="1" w:lastColumn="0" w:noHBand="0" w:noVBand="1"/>
      </w:tblPr>
      <w:tblGrid>
        <w:gridCol w:w="10512"/>
      </w:tblGrid>
      <w:tr w:rsidR="00B97566" w14:paraId="08358A66" w14:textId="77777777">
        <w:tc>
          <w:tcPr>
            <w:tcW w:w="10512" w:type="dxa"/>
            <w:tcBorders>
              <w:top w:val="single" w:sz="4" w:space="0" w:color="3A362C"/>
              <w:left w:val="single" w:sz="4" w:space="0" w:color="3A362C"/>
              <w:bottom w:val="single" w:sz="4" w:space="0" w:color="3A362C"/>
              <w:right w:val="single" w:sz="4" w:space="0" w:color="3A362C"/>
            </w:tcBorders>
            <w:shd w:val="clear" w:color="auto" w:fill="E6B325"/>
            <w:tcMar>
              <w:top w:w="60" w:type="dxa"/>
              <w:left w:w="80" w:type="dxa"/>
              <w:bottom w:w="60" w:type="dxa"/>
              <w:right w:w="80" w:type="dxa"/>
            </w:tcMar>
            <w:vAlign w:val="center"/>
          </w:tcPr>
          <w:p w14:paraId="209B7DCB" w14:textId="77777777" w:rsidR="00B97566" w:rsidRDefault="00000000">
            <w:pPr>
              <w:spacing w:before="20" w:after="20" w:line="240" w:lineRule="auto"/>
            </w:pPr>
            <w:r>
              <w:rPr>
                <w:rFonts w:ascii="Calibri" w:eastAsia="Calibri" w:hAnsi="Calibri"/>
                <w:b/>
                <w:color w:val="1A1608"/>
              </w:rPr>
              <w:lastRenderedPageBreak/>
              <w:t>7. Delivery</w:t>
            </w:r>
          </w:p>
        </w:tc>
      </w:tr>
    </w:tbl>
    <w:p w14:paraId="090B20A2" w14:textId="77777777" w:rsidR="00B97566" w:rsidRDefault="00B97566">
      <w:pPr>
        <w:spacing w:before="40" w:after="0"/>
      </w:pPr>
    </w:p>
    <w:tbl>
      <w:tblPr>
        <w:tblW w:w="10512" w:type="dxa"/>
        <w:tblLayout w:type="fixed"/>
        <w:tblLook w:val="04A0" w:firstRow="1" w:lastRow="0" w:firstColumn="1" w:lastColumn="0" w:noHBand="0" w:noVBand="1"/>
      </w:tblPr>
      <w:tblGrid>
        <w:gridCol w:w="3168"/>
        <w:gridCol w:w="7344"/>
      </w:tblGrid>
      <w:tr w:rsidR="00B97566" w14:paraId="19AFD9F0" w14:textId="77777777">
        <w:tc>
          <w:tcPr>
            <w:tcW w:w="3168"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0AEF9576" w14:textId="77777777" w:rsidR="00B97566" w:rsidRDefault="00000000">
            <w:pPr>
              <w:spacing w:before="20" w:after="20" w:line="240" w:lineRule="auto"/>
            </w:pPr>
            <w:r>
              <w:rPr>
                <w:rFonts w:ascii="Calibri" w:eastAsia="Calibri" w:hAnsi="Calibri"/>
                <w:b/>
                <w:color w:val="12110E"/>
                <w:sz w:val="18"/>
              </w:rPr>
              <w:t>Who should receive the files</w:t>
            </w:r>
          </w:p>
        </w:tc>
        <w:tc>
          <w:tcPr>
            <w:tcW w:w="7343"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24458298" w14:textId="77777777" w:rsidR="00B97566" w:rsidRDefault="00000000">
            <w:pPr>
              <w:spacing w:before="20" w:after="20" w:line="240" w:lineRule="auto"/>
            </w:pPr>
            <w:r>
              <w:rPr>
                <w:rFonts w:ascii="Calibri" w:eastAsia="Calibri" w:hAnsi="Calibri"/>
                <w:color w:val="5A564A"/>
                <w:sz w:val="18"/>
              </w:rPr>
              <w:t>Name / email</w:t>
            </w:r>
          </w:p>
        </w:tc>
      </w:tr>
      <w:tr w:rsidR="00B97566" w14:paraId="49A487DA" w14:textId="77777777">
        <w:tc>
          <w:tcPr>
            <w:tcW w:w="3168"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0A488211" w14:textId="77777777" w:rsidR="00B97566" w:rsidRDefault="00000000">
            <w:pPr>
              <w:spacing w:before="20" w:after="20" w:line="240" w:lineRule="auto"/>
            </w:pPr>
            <w:r>
              <w:rPr>
                <w:rFonts w:ascii="Calibri" w:eastAsia="Calibri" w:hAnsi="Calibri"/>
                <w:b/>
                <w:color w:val="12110E"/>
                <w:sz w:val="18"/>
              </w:rPr>
              <w:t>File format</w:t>
            </w:r>
          </w:p>
        </w:tc>
        <w:tc>
          <w:tcPr>
            <w:tcW w:w="7343"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1AB26A4B" w14:textId="77777777" w:rsidR="00B97566" w:rsidRDefault="00000000">
            <w:pPr>
              <w:spacing w:before="20" w:after="20" w:line="240" w:lineRule="auto"/>
            </w:pPr>
            <w:r>
              <w:rPr>
                <w:rFonts w:ascii="Calibri" w:eastAsia="Calibri" w:hAnsi="Calibri"/>
                <w:color w:val="5A564A"/>
                <w:sz w:val="18"/>
              </w:rPr>
              <w:t>☐ Word    ☐ PDF    ☐ Both</w:t>
            </w:r>
          </w:p>
        </w:tc>
      </w:tr>
    </w:tbl>
    <w:p w14:paraId="47FC9069" w14:textId="77777777" w:rsidR="00B97566" w:rsidRDefault="00B97566">
      <w:pPr>
        <w:spacing w:before="80" w:after="0"/>
      </w:pPr>
    </w:p>
    <w:p w14:paraId="3F3CDA4C" w14:textId="77777777" w:rsidR="00B97566" w:rsidRDefault="00000000">
      <w:pPr>
        <w:spacing w:before="200"/>
      </w:pPr>
      <w:r>
        <w:rPr>
          <w:rFonts w:ascii="Calibri" w:eastAsia="Calibri" w:hAnsi="Calibri"/>
          <w:b/>
          <w:color w:val="12110E"/>
          <w:sz w:val="18"/>
        </w:rPr>
        <w:t xml:space="preserve">Acknowledgment. </w:t>
      </w:r>
      <w:r>
        <w:rPr>
          <w:rFonts w:ascii="Calibri" w:eastAsia="Calibri" w:hAnsi="Calibri"/>
          <w:color w:val="12110E"/>
          <w:sz w:val="18"/>
        </w:rPr>
        <w:t>Answers are about this company and this job. We are the employer. Buying documents does not transfer site responsibility and is not an OSHA or KY OSH approval. Offsite Safety will write from this intake and the attachments. They will not invent host rules we did not send. We will train the crew and update the files if the work changes.</w:t>
      </w:r>
    </w:p>
    <w:tbl>
      <w:tblPr>
        <w:tblW w:w="10512" w:type="dxa"/>
        <w:tblLayout w:type="fixed"/>
        <w:tblLook w:val="04A0" w:firstRow="1" w:lastRow="0" w:firstColumn="1" w:lastColumn="0" w:noHBand="0" w:noVBand="1"/>
      </w:tblPr>
      <w:tblGrid>
        <w:gridCol w:w="3168"/>
        <w:gridCol w:w="2592"/>
        <w:gridCol w:w="2160"/>
        <w:gridCol w:w="2592"/>
      </w:tblGrid>
      <w:tr w:rsidR="00B97566" w14:paraId="509929E6" w14:textId="77777777">
        <w:tc>
          <w:tcPr>
            <w:tcW w:w="3168"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1C8F5A65" w14:textId="77777777" w:rsidR="00B97566" w:rsidRDefault="00000000">
            <w:pPr>
              <w:spacing w:before="20" w:after="20" w:line="240" w:lineRule="auto"/>
            </w:pPr>
            <w:r>
              <w:rPr>
                <w:rFonts w:ascii="Calibri" w:eastAsia="Calibri" w:hAnsi="Calibri"/>
                <w:b/>
                <w:color w:val="12110E"/>
                <w:sz w:val="16"/>
              </w:rPr>
              <w:t>Name</w:t>
            </w:r>
          </w:p>
        </w:tc>
        <w:tc>
          <w:tcPr>
            <w:tcW w:w="2592"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428BA4CA" w14:textId="77777777" w:rsidR="00B97566" w:rsidRDefault="00000000">
            <w:pPr>
              <w:spacing w:before="20" w:after="20" w:line="240" w:lineRule="auto"/>
            </w:pPr>
            <w:r>
              <w:rPr>
                <w:rFonts w:ascii="Calibri" w:eastAsia="Calibri" w:hAnsi="Calibri"/>
                <w:b/>
                <w:color w:val="12110E"/>
                <w:sz w:val="16"/>
              </w:rPr>
              <w:t>Title</w:t>
            </w:r>
          </w:p>
        </w:tc>
        <w:tc>
          <w:tcPr>
            <w:tcW w:w="2160"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023DB9E5" w14:textId="77777777" w:rsidR="00B97566" w:rsidRDefault="00000000">
            <w:pPr>
              <w:spacing w:before="20" w:after="20" w:line="240" w:lineRule="auto"/>
            </w:pPr>
            <w:r>
              <w:rPr>
                <w:rFonts w:ascii="Calibri" w:eastAsia="Calibri" w:hAnsi="Calibri"/>
                <w:b/>
                <w:color w:val="12110E"/>
                <w:sz w:val="16"/>
              </w:rPr>
              <w:t>Date</w:t>
            </w:r>
          </w:p>
        </w:tc>
        <w:tc>
          <w:tcPr>
            <w:tcW w:w="2592" w:type="dxa"/>
            <w:tcBorders>
              <w:top w:val="single" w:sz="4" w:space="0" w:color="3A362C"/>
              <w:left w:val="single" w:sz="4" w:space="0" w:color="3A362C"/>
              <w:bottom w:val="single" w:sz="4" w:space="0" w:color="3A362C"/>
              <w:right w:val="single" w:sz="4" w:space="0" w:color="3A362C"/>
            </w:tcBorders>
            <w:shd w:val="clear" w:color="auto" w:fill="EDE8D8"/>
            <w:tcMar>
              <w:top w:w="60" w:type="dxa"/>
              <w:left w:w="80" w:type="dxa"/>
              <w:bottom w:w="60" w:type="dxa"/>
              <w:right w:w="80" w:type="dxa"/>
            </w:tcMar>
            <w:vAlign w:val="center"/>
          </w:tcPr>
          <w:p w14:paraId="151137DF" w14:textId="77777777" w:rsidR="00B97566" w:rsidRDefault="00000000">
            <w:pPr>
              <w:spacing w:before="20" w:after="20" w:line="240" w:lineRule="auto"/>
            </w:pPr>
            <w:r>
              <w:rPr>
                <w:rFonts w:ascii="Calibri" w:eastAsia="Calibri" w:hAnsi="Calibri"/>
                <w:b/>
                <w:color w:val="12110E"/>
                <w:sz w:val="16"/>
              </w:rPr>
              <w:t>Signature</w:t>
            </w:r>
          </w:p>
        </w:tc>
      </w:tr>
      <w:tr w:rsidR="00B97566" w14:paraId="5C299C56" w14:textId="77777777">
        <w:tc>
          <w:tcPr>
            <w:tcW w:w="3168"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1EE93CC4" w14:textId="77777777" w:rsidR="00B97566" w:rsidRDefault="00000000">
            <w:pPr>
              <w:spacing w:before="20" w:after="20" w:line="240" w:lineRule="auto"/>
            </w:pPr>
            <w:r>
              <w:rPr>
                <w:rFonts w:ascii="Calibri" w:eastAsia="Calibri" w:hAnsi="Calibri"/>
                <w:color w:val="12110E"/>
                <w:sz w:val="24"/>
              </w:rPr>
              <w:t xml:space="preserve"> </w:t>
            </w:r>
          </w:p>
        </w:tc>
        <w:tc>
          <w:tcPr>
            <w:tcW w:w="2592"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74CCE75E" w14:textId="77777777" w:rsidR="00B97566" w:rsidRDefault="00000000">
            <w:pPr>
              <w:spacing w:before="20" w:after="20" w:line="240" w:lineRule="auto"/>
            </w:pPr>
            <w:r>
              <w:rPr>
                <w:rFonts w:ascii="Calibri" w:eastAsia="Calibri" w:hAnsi="Calibri"/>
                <w:color w:val="12110E"/>
                <w:sz w:val="24"/>
              </w:rPr>
              <w:t xml:space="preserve"> </w:t>
            </w:r>
          </w:p>
        </w:tc>
        <w:tc>
          <w:tcPr>
            <w:tcW w:w="2160"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73D4FBE1" w14:textId="77777777" w:rsidR="00B97566" w:rsidRDefault="00000000">
            <w:pPr>
              <w:spacing w:before="20" w:after="20" w:line="240" w:lineRule="auto"/>
            </w:pPr>
            <w:r>
              <w:rPr>
                <w:rFonts w:ascii="Calibri" w:eastAsia="Calibri" w:hAnsi="Calibri"/>
                <w:color w:val="12110E"/>
                <w:sz w:val="24"/>
              </w:rPr>
              <w:t xml:space="preserve"> </w:t>
            </w:r>
          </w:p>
        </w:tc>
        <w:tc>
          <w:tcPr>
            <w:tcW w:w="2592" w:type="dxa"/>
            <w:tcBorders>
              <w:top w:val="single" w:sz="4" w:space="0" w:color="3A362C"/>
              <w:left w:val="single" w:sz="4" w:space="0" w:color="3A362C"/>
              <w:bottom w:val="single" w:sz="4" w:space="0" w:color="3A362C"/>
              <w:right w:val="single" w:sz="4" w:space="0" w:color="3A362C"/>
            </w:tcBorders>
            <w:tcMar>
              <w:top w:w="60" w:type="dxa"/>
              <w:left w:w="80" w:type="dxa"/>
              <w:bottom w:w="60" w:type="dxa"/>
              <w:right w:w="80" w:type="dxa"/>
            </w:tcMar>
            <w:vAlign w:val="center"/>
          </w:tcPr>
          <w:p w14:paraId="4CCFD4F5" w14:textId="77777777" w:rsidR="00B97566" w:rsidRDefault="00000000">
            <w:pPr>
              <w:spacing w:before="20" w:after="20" w:line="240" w:lineRule="auto"/>
            </w:pPr>
            <w:r>
              <w:rPr>
                <w:rFonts w:ascii="Calibri" w:eastAsia="Calibri" w:hAnsi="Calibri"/>
                <w:color w:val="12110E"/>
                <w:sz w:val="24"/>
              </w:rPr>
              <w:t xml:space="preserve"> </w:t>
            </w:r>
          </w:p>
        </w:tc>
      </w:tr>
    </w:tbl>
    <w:p w14:paraId="435F6735" w14:textId="77777777" w:rsidR="00B97566" w:rsidRDefault="00000000">
      <w:pPr>
        <w:spacing w:before="200"/>
      </w:pPr>
      <w:r>
        <w:rPr>
          <w:rFonts w:ascii="Calibri" w:eastAsia="Calibri" w:hAnsi="Calibri"/>
          <w:color w:val="5A564A"/>
          <w:sz w:val="16"/>
        </w:rPr>
        <w:t>Return to intake@offsitesafety.com  ·  Offsite Safety LLC  ·  Richmond, KY  ·  Paperwork only. Not a field safety service.</w:t>
      </w:r>
    </w:p>
    <w:sectPr w:rsidR="00B97566"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38309158">
    <w:abstractNumId w:val="8"/>
  </w:num>
  <w:num w:numId="2" w16cid:durableId="1937590407">
    <w:abstractNumId w:val="6"/>
  </w:num>
  <w:num w:numId="3" w16cid:durableId="1587038799">
    <w:abstractNumId w:val="5"/>
  </w:num>
  <w:num w:numId="4" w16cid:durableId="1614750253">
    <w:abstractNumId w:val="4"/>
  </w:num>
  <w:num w:numId="5" w16cid:durableId="579602810">
    <w:abstractNumId w:val="7"/>
  </w:num>
  <w:num w:numId="6" w16cid:durableId="1063066094">
    <w:abstractNumId w:val="3"/>
  </w:num>
  <w:num w:numId="7" w16cid:durableId="898637289">
    <w:abstractNumId w:val="2"/>
  </w:num>
  <w:num w:numId="8" w16cid:durableId="539585555">
    <w:abstractNumId w:val="1"/>
  </w:num>
  <w:num w:numId="9" w16cid:durableId="289364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2E26"/>
    <w:rsid w:val="0029639D"/>
    <w:rsid w:val="00326F90"/>
    <w:rsid w:val="0092090C"/>
    <w:rsid w:val="00AA1D8D"/>
    <w:rsid w:val="00B47730"/>
    <w:rsid w:val="00B9756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6D572E"/>
  <w14:defaultImageDpi w14:val="300"/>
  <w15:docId w15:val="{4884CB97-5DB8-455A-A605-A8194559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Steven Reed</cp:lastModifiedBy>
  <cp:revision>2</cp:revision>
  <dcterms:created xsi:type="dcterms:W3CDTF">2013-12-23T23:15:00Z</dcterms:created>
  <dcterms:modified xsi:type="dcterms:W3CDTF">2026-09-01T13:01:00Z</dcterms:modified>
  <cp:category/>
</cp:coreProperties>
</file>